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efore="0"/>
        <w:jc w:val="center"/>
      </w:pPr>
      <w:r>
        <w:rPr>
          <w:b/>
          <w:i w:val="0"/>
          <w:sz w:val="40"/>
        </w:rPr>
        <w:t>[Insert Name]</w:t>
      </w:r>
    </w:p>
    <w:p>
      <w:pPr>
        <w:spacing w:after="200" w:before="0"/>
        <w:jc w:val="center"/>
      </w:pPr>
      <w:r>
        <w:rPr>
          <w:b w:val="0"/>
          <w:i w:val="0"/>
        </w:rPr>
        <w:t>[Insert Email Address]     [Insert LinkedIn Address]     [Insert Phone Number]</w:t>
      </w:r>
    </w:p>
    <w:p>
      <w:pPr>
        <w:spacing w:after="80" w:before="0"/>
        <w:jc w:val="center"/>
      </w:pPr>
      <w:r>
        <w:rPr>
          <w:b/>
          <w:i w:val="0"/>
          <w:sz w:val="26"/>
        </w:rPr>
        <w:t>[Insert Your Target Role Title]</w:t>
      </w:r>
    </w:p>
    <w:p>
      <w:pPr>
        <w:spacing w:after="120" w:before="0"/>
      </w:pPr>
      <w:r>
        <w:rPr>
          <w:b w:val="0"/>
          <w:i w:val="0"/>
        </w:rPr>
        <w:t>Provide a brief statement here that aligns with the target role you've placed at the top of the resume. This should succinctly convey your core competencies, significant achievements, and the value you bring to potential employers in this role.</w:t>
      </w:r>
    </w:p>
    <w:p>
      <w:pPr>
        <w:spacing w:after="80" w:before="200"/>
        <w:pBdr>
          <w:bottom w:val="single" w:sz="8" w:space="1" w:color="0E1A2B"/>
        </w:pBdr>
      </w:pPr>
      <w:r>
        <w:rPr>
          <w:b/>
          <w:i w:val="0"/>
          <w:sz w:val="26"/>
        </w:rPr>
        <w:t>Professional Experience</w:t>
      </w:r>
    </w:p>
    <w:p>
      <w:pPr>
        <w:spacing w:after="0" w:before="0"/>
      </w:pPr>
      <w:r>
        <w:rPr>
          <w:b/>
          <w:i w:val="0"/>
        </w:rPr>
        <w:t>[Insert Company Name] – [Start Date] – [End Date]</w:t>
      </w:r>
    </w:p>
    <w:p>
      <w:pPr>
        <w:spacing w:after="80" w:before="0"/>
      </w:pPr>
      <w:r>
        <w:rPr>
          <w:b w:val="0"/>
          <w:i/>
        </w:rPr>
        <w:t>[Position Title]</w:t>
      </w:r>
    </w:p>
    <w:p>
      <w:pPr>
        <w:spacing w:after="80" w:before="0"/>
      </w:pPr>
      <w:r>
        <w:rPr>
          <w:b w:val="0"/>
          <w:i w:val="0"/>
        </w:rPr>
        <w:t>[Insert a short description of the company, focusing on its industry, size, and the scope of its operations to provide context for your contributions.]</w:t>
      </w:r>
    </w:p>
    <w:p>
      <w:pPr>
        <w:pStyle w:val="ListBullet"/>
        <w:spacing w:after="60"/>
      </w:pPr>
      <w:r>
        <w:t>[Accomplishment 1: Highlight a significant achievement, specifying the impact and result.]</w:t>
      </w:r>
    </w:p>
    <w:p>
      <w:pPr>
        <w:pStyle w:val="ListBullet"/>
        <w:spacing w:after="60"/>
      </w:pPr>
      <w:r>
        <w:t>[Accomplishment 2: Detail another major contribution, focusing on the measurable outcomes.]</w:t>
      </w:r>
    </w:p>
    <w:p>
      <w:pPr>
        <w:pStyle w:val="ListBullet"/>
        <w:spacing w:after="60"/>
      </w:pPr>
      <w:r>
        <w:t>[Repeat this format for each relevant position, emphasizing the context provided by the company summary and your specific achievements within each role.]</w:t>
      </w:r>
    </w:p>
    <w:p>
      <w:pPr>
        <w:spacing w:after="80" w:before="200"/>
        <w:pBdr>
          <w:bottom w:val="single" w:sz="8" w:space="1" w:color="0E1A2B"/>
        </w:pBdr>
      </w:pPr>
      <w:r>
        <w:rPr>
          <w:b/>
          <w:i w:val="0"/>
          <w:sz w:val="26"/>
        </w:rPr>
        <w:t>Skills</w:t>
      </w:r>
    </w:p>
    <w:p>
      <w:pPr>
        <w:spacing w:after="100" w:before="0"/>
      </w:pPr>
      <w:r>
        <w:rPr>
          <w:b/>
          <w:i w:val="0"/>
        </w:rPr>
        <w:t>Professional Skills:</w:t>
      </w:r>
      <w:r>
        <w:rPr>
          <w:b w:val="0"/>
          <w:i w:val="0"/>
        </w:rPr>
        <w:t xml:space="preserve"> [List skills here, focusing on those relevant to your target role and industry. Separate skills using a comma.]</w:t>
      </w:r>
    </w:p>
    <w:p>
      <w:pPr>
        <w:spacing w:after="100" w:before="0"/>
      </w:pPr>
      <w:r>
        <w:rPr>
          <w:b/>
          <w:i w:val="0"/>
        </w:rPr>
        <w:t>Technology Skills:</w:t>
      </w:r>
      <w:r>
        <w:rPr>
          <w:b w:val="0"/>
          <w:i w:val="0"/>
        </w:rPr>
        <w:t xml:space="preserve"> [Specify the tools, software, and technologies you are proficient with, highlighting those that are pertinent to your desired role. Separate these skills using a comma.]</w:t>
      </w:r>
    </w:p>
    <w:p>
      <w:pPr>
        <w:spacing w:after="100" w:before="0"/>
      </w:pPr>
      <w:r>
        <w:rPr>
          <w:b/>
          <w:i w:val="0"/>
        </w:rPr>
        <w:t>Leadership Skills:</w:t>
      </w:r>
      <w:r>
        <w:rPr>
          <w:b w:val="0"/>
          <w:i w:val="0"/>
        </w:rPr>
        <w:t xml:space="preserve"> [List your leadership skills to highlight your experience with team management, strategic planning, and other leadership competencies. Separate these skills using a comma.]</w:t>
      </w:r>
    </w:p>
    <w:p>
      <w:pPr>
        <w:spacing w:after="100" w:before="0"/>
      </w:pPr>
      <w:r>
        <w:rPr>
          <w:b/>
          <w:i w:val="0"/>
        </w:rPr>
        <w:t>Soft Skills:</w:t>
      </w:r>
      <w:r>
        <w:rPr>
          <w:b w:val="0"/>
          <w:i w:val="0"/>
        </w:rPr>
        <w:t xml:space="preserve"> [List relevant soft skills to describe your interpersonal skills, adaptability, problem-solving abilities, and other personal qualities that contribute to your professional effectiveness. Separate these skills using a comma.]</w:t>
      </w:r>
    </w:p>
    <w:p>
      <w:pPr>
        <w:spacing w:after="80" w:before="200"/>
        <w:pBdr>
          <w:bottom w:val="single" w:sz="8" w:space="1" w:color="0E1A2B"/>
        </w:pBdr>
      </w:pPr>
      <w:r>
        <w:rPr>
          <w:b/>
          <w:i w:val="0"/>
          <w:sz w:val="26"/>
        </w:rPr>
        <w:t>Education</w:t>
      </w:r>
    </w:p>
    <w:p>
      <w:pPr>
        <w:spacing w:after="60" w:before="0"/>
      </w:pPr>
      <w:r>
        <w:rPr>
          <w:b/>
          <w:i w:val="0"/>
        </w:rPr>
        <w:t xml:space="preserve">[Degree Type] in [Field of Study] – </w:t>
      </w:r>
      <w:r>
        <w:rPr>
          <w:b w:val="0"/>
          <w:i w:val="0"/>
        </w:rPr>
        <w:t>Institution Name</w:t>
      </w:r>
    </w:p>
    <w:p>
      <w:pPr>
        <w:spacing w:after="120" w:before="0"/>
      </w:pPr>
      <w:r>
        <w:rPr>
          <w:b/>
          <w:i w:val="0"/>
        </w:rPr>
        <w:t xml:space="preserve">[Certification Name] – </w:t>
      </w:r>
      <w:r>
        <w:rPr>
          <w:b w:val="0"/>
          <w:i w:val="0"/>
        </w:rPr>
        <w:t>Issuing Organization</w:t>
      </w:r>
    </w:p>
    <w:p>
      <w:pPr>
        <w:spacing w:after="80" w:before="200"/>
        <w:pBdr>
          <w:bottom w:val="single" w:sz="8" w:space="1" w:color="0E1A2B"/>
        </w:pBdr>
      </w:pPr>
      <w:r>
        <w:rPr>
          <w:b/>
          <w:i w:val="0"/>
          <w:sz w:val="26"/>
        </w:rPr>
        <w:t>Professional Memberships</w:t>
      </w:r>
    </w:p>
    <w:p>
      <w:pPr>
        <w:spacing w:after="200" w:before="0"/>
      </w:pPr>
      <w:r>
        <w:rPr>
          <w:b/>
          <w:i w:val="0"/>
        </w:rPr>
        <w:t>[Organization Name] –</w:t>
      </w:r>
      <w:r>
        <w:rPr>
          <w:b w:val="0"/>
          <w:i w:val="0"/>
        </w:rPr>
        <w:t xml:space="preserve"> [Membership Period]</w:t>
      </w:r>
    </w:p>
    <w:p>
      <w:pPr>
        <w:spacing w:after="120" w:before="0"/>
      </w:pPr>
      <w:r>
        <w:rPr>
          <w:b w:val="0"/>
          <w:i/>
        </w:rPr>
        <w:t>[Optionally, consider including additional sections as relevant, such as Awards, Volunteer Experience, Publications, or Spoken Languages]</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Template</dc:title>
  <dc:subject/>
  <dc:creator>Brent Morrell</dc:creator>
  <cp:keywords/>
  <dc:description>generated by python-docx</dc:description>
  <cp:lastModifiedBy/>
  <cp:revision>1</cp:revision>
  <dcterms:created xsi:type="dcterms:W3CDTF">2013-12-23T23:15:00Z</dcterms:created>
  <dcterms:modified xsi:type="dcterms:W3CDTF">2013-12-23T23:15:00Z</dcterms:modified>
  <cp:category/>
</cp:coreProperties>
</file>